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99A3B" w14:textId="19DB8EDD" w:rsidR="00666963" w:rsidRDefault="00DB56E4" w:rsidP="00DE274A">
      <w:r>
        <w:rPr>
          <w:b/>
          <w:sz w:val="40"/>
        </w:rPr>
        <w:t>🏆</w:t>
      </w:r>
      <w:r>
        <w:rPr>
          <w:b/>
          <w:sz w:val="40"/>
        </w:rPr>
        <w:t xml:space="preserve"> KAMPIOENENVIERING</w:t>
      </w:r>
      <w:r w:rsidR="00DE274A">
        <w:rPr>
          <w:b/>
          <w:sz w:val="40"/>
        </w:rPr>
        <w:t xml:space="preserve"> </w:t>
      </w:r>
      <w:proofErr w:type="spellStart"/>
      <w:r w:rsidRPr="00DE274A">
        <w:rPr>
          <w:b/>
          <w:sz w:val="36"/>
          <w:szCs w:val="28"/>
        </w:rPr>
        <w:t>Jeugdclub</w:t>
      </w:r>
      <w:proofErr w:type="spellEnd"/>
      <w:r w:rsidRPr="00DE274A">
        <w:rPr>
          <w:b/>
          <w:sz w:val="36"/>
          <w:szCs w:val="28"/>
        </w:rPr>
        <w:t xml:space="preserve"> PE Vlaams-Brabant</w:t>
      </w:r>
    </w:p>
    <w:p w14:paraId="01569ED3" w14:textId="77777777" w:rsidR="00666963" w:rsidRDefault="00DB56E4">
      <w:pPr>
        <w:jc w:val="center"/>
      </w:pPr>
      <w:r>
        <w:rPr>
          <w:b/>
          <w:sz w:val="24"/>
        </w:rPr>
        <w:t xml:space="preserve">Zondag 22 </w:t>
      </w:r>
      <w:proofErr w:type="spellStart"/>
      <w:r>
        <w:rPr>
          <w:b/>
          <w:sz w:val="24"/>
        </w:rPr>
        <w:t>november</w:t>
      </w:r>
      <w:proofErr w:type="spellEnd"/>
      <w:r>
        <w:rPr>
          <w:b/>
          <w:sz w:val="24"/>
        </w:rPr>
        <w:t xml:space="preserve"> 2026</w:t>
      </w:r>
    </w:p>
    <w:p w14:paraId="7317ABD6" w14:textId="77777777" w:rsidR="00666963" w:rsidRDefault="00DB56E4">
      <w:pPr>
        <w:spacing w:after="120"/>
      </w:pPr>
      <w:r>
        <w:t>Op zondag 22 november 2026 vieren we samen onze kampioenen! Om de organisatie en de bestelling bij onze traiteur vlot te laten verlopen, vragen wij om onderstaande inschrijvingsstrook uiterlijk op dinsdag 10 november 2026 te bezorgen.</w:t>
      </w:r>
    </w:p>
    <w:p w14:paraId="6E2830DE" w14:textId="77777777" w:rsidR="00666963" w:rsidRDefault="00DB56E4">
      <w:r>
        <w:rPr>
          <w:b/>
          <w:sz w:val="26"/>
        </w:rPr>
        <w:t>🍔</w:t>
      </w:r>
      <w:r>
        <w:rPr>
          <w:b/>
          <w:sz w:val="26"/>
        </w:rPr>
        <w:t xml:space="preserve"> MENU'S</w:t>
      </w:r>
    </w:p>
    <w:p w14:paraId="16E7B142" w14:textId="77777777" w:rsidR="00666963" w:rsidRDefault="00DB56E4">
      <w:pPr>
        <w:spacing w:after="20"/>
      </w:pPr>
      <w:r>
        <w:rPr>
          <w:b/>
          <w:sz w:val="21"/>
        </w:rPr>
        <w:t>1. Hamburger</w:t>
      </w:r>
      <w:r>
        <w:t xml:space="preserve"> – Hamburger + friet + saus naar keuze + drankje naar keuze</w:t>
      </w:r>
    </w:p>
    <w:p w14:paraId="5187E726" w14:textId="77777777" w:rsidR="00666963" w:rsidRDefault="00DB56E4">
      <w:pPr>
        <w:spacing w:after="20"/>
      </w:pPr>
      <w:r>
        <w:rPr>
          <w:b/>
          <w:sz w:val="21"/>
        </w:rPr>
        <w:t>2. Hotdogs</w:t>
      </w:r>
      <w:r>
        <w:t xml:space="preserve"> – Hotdogs + friet + saus naar keuze + drankje naar keuze</w:t>
      </w:r>
    </w:p>
    <w:p w14:paraId="65BB8328" w14:textId="77777777" w:rsidR="00666963" w:rsidRDefault="00DB56E4">
      <w:pPr>
        <w:spacing w:after="20"/>
      </w:pPr>
      <w:r>
        <w:rPr>
          <w:b/>
          <w:sz w:val="21"/>
        </w:rPr>
        <w:t>3. Speciale burger</w:t>
      </w:r>
      <w:r>
        <w:t xml:space="preserve"> – Speciale burger met uien, kaas en spek + friet + saus naar keuze + drankje naar keuze</w:t>
      </w:r>
    </w:p>
    <w:p w14:paraId="65A37404" w14:textId="6197B84C" w:rsidR="00666963" w:rsidRDefault="00DB56E4">
      <w:r>
        <w:rPr>
          <w:b/>
          <w:sz w:val="24"/>
        </w:rPr>
        <w:t>👨</w:t>
      </w:r>
      <w:r>
        <w:rPr>
          <w:b/>
          <w:sz w:val="24"/>
        </w:rPr>
        <w:t>‍</w:t>
      </w:r>
      <w:r>
        <w:rPr>
          <w:b/>
          <w:sz w:val="24"/>
        </w:rPr>
        <w:t>👩</w:t>
      </w:r>
      <w:r>
        <w:rPr>
          <w:b/>
          <w:sz w:val="24"/>
        </w:rPr>
        <w:t>‍</w:t>
      </w:r>
      <w:r>
        <w:rPr>
          <w:b/>
          <w:sz w:val="24"/>
        </w:rPr>
        <w:t>👧</w:t>
      </w:r>
      <w:r>
        <w:rPr>
          <w:b/>
          <w:sz w:val="24"/>
        </w:rPr>
        <w:t xml:space="preserve"> VOLWASSENEN &amp; KINDEREN DIE GEEN JEUGDCLUBLID ZIJN</w:t>
      </w:r>
      <w:r w:rsidR="00DE274A">
        <w:rPr>
          <w:b/>
          <w:sz w:val="24"/>
        </w:rPr>
        <w:t xml:space="preserve"> &amp; JEUGDCLUBLEDEN VANAF 13 JAAR</w:t>
      </w:r>
    </w:p>
    <w:p w14:paraId="4AA6992A" w14:textId="77777777" w:rsidR="00666963" w:rsidRDefault="00DB56E4">
      <w:r>
        <w:rPr>
          <w:b/>
          <w:sz w:val="22"/>
        </w:rPr>
        <w:t>€ 25,00 per persoon</w:t>
      </w:r>
    </w:p>
    <w:tbl>
      <w:tblPr>
        <w:tblStyle w:val="Tabelraster"/>
        <w:tblW w:w="0" w:type="auto"/>
        <w:jc w:val="center"/>
        <w:tblLook w:val="04A0" w:firstRow="1" w:lastRow="0" w:firstColumn="1" w:lastColumn="0" w:noHBand="0" w:noVBand="1"/>
      </w:tblPr>
      <w:tblGrid>
        <w:gridCol w:w="5208"/>
        <w:gridCol w:w="5208"/>
      </w:tblGrid>
      <w:tr w:rsidR="00666963" w14:paraId="7AE59D48" w14:textId="77777777">
        <w:trPr>
          <w:jc w:val="center"/>
        </w:trPr>
        <w:tc>
          <w:tcPr>
            <w:tcW w:w="5213" w:type="dxa"/>
            <w:shd w:val="clear" w:color="auto" w:fill="D9EAF7"/>
            <w:vAlign w:val="center"/>
          </w:tcPr>
          <w:p w14:paraId="744EC6AF" w14:textId="77777777" w:rsidR="00666963" w:rsidRDefault="00DB56E4">
            <w:r>
              <w:rPr>
                <w:b/>
              </w:rPr>
              <w:t>Menu</w:t>
            </w:r>
          </w:p>
        </w:tc>
        <w:tc>
          <w:tcPr>
            <w:tcW w:w="5213" w:type="dxa"/>
            <w:shd w:val="clear" w:color="auto" w:fill="D9EAF7"/>
            <w:vAlign w:val="center"/>
          </w:tcPr>
          <w:p w14:paraId="0D290D08" w14:textId="77777777" w:rsidR="00666963" w:rsidRDefault="00DB56E4">
            <w:pPr>
              <w:jc w:val="center"/>
            </w:pPr>
            <w:r>
              <w:rPr>
                <w:b/>
              </w:rPr>
              <w:t>Aantal</w:t>
            </w:r>
          </w:p>
        </w:tc>
      </w:tr>
      <w:tr w:rsidR="00666963" w14:paraId="3AA0E294" w14:textId="77777777">
        <w:trPr>
          <w:jc w:val="center"/>
        </w:trPr>
        <w:tc>
          <w:tcPr>
            <w:tcW w:w="5213" w:type="dxa"/>
            <w:vAlign w:val="center"/>
          </w:tcPr>
          <w:p w14:paraId="55CFC7E5" w14:textId="77777777" w:rsidR="00666963" w:rsidRDefault="00DB56E4">
            <w:r>
              <w:t>🍔</w:t>
            </w:r>
            <w:r>
              <w:t xml:space="preserve"> Menu 1 – Hamburger</w:t>
            </w:r>
          </w:p>
        </w:tc>
        <w:tc>
          <w:tcPr>
            <w:tcW w:w="5213" w:type="dxa"/>
            <w:vAlign w:val="center"/>
          </w:tcPr>
          <w:p w14:paraId="1F347608" w14:textId="77777777" w:rsidR="00666963" w:rsidRDefault="00DB56E4">
            <w:pPr>
              <w:jc w:val="center"/>
            </w:pPr>
            <w:r>
              <w:t>________</w:t>
            </w:r>
          </w:p>
        </w:tc>
      </w:tr>
      <w:tr w:rsidR="00666963" w14:paraId="3AA5E33B" w14:textId="77777777">
        <w:trPr>
          <w:jc w:val="center"/>
        </w:trPr>
        <w:tc>
          <w:tcPr>
            <w:tcW w:w="5213" w:type="dxa"/>
            <w:vAlign w:val="center"/>
          </w:tcPr>
          <w:p w14:paraId="49212128" w14:textId="77777777" w:rsidR="00666963" w:rsidRDefault="00DB56E4">
            <w:r>
              <w:t>🌭</w:t>
            </w:r>
            <w:r>
              <w:t xml:space="preserve"> Menu 2 – Hotdogs</w:t>
            </w:r>
          </w:p>
        </w:tc>
        <w:tc>
          <w:tcPr>
            <w:tcW w:w="5213" w:type="dxa"/>
            <w:vAlign w:val="center"/>
          </w:tcPr>
          <w:p w14:paraId="1701C9C2" w14:textId="77777777" w:rsidR="00666963" w:rsidRDefault="00DB56E4">
            <w:pPr>
              <w:jc w:val="center"/>
            </w:pPr>
            <w:r>
              <w:t>________</w:t>
            </w:r>
          </w:p>
        </w:tc>
      </w:tr>
      <w:tr w:rsidR="00666963" w14:paraId="65AA540F" w14:textId="77777777">
        <w:trPr>
          <w:jc w:val="center"/>
        </w:trPr>
        <w:tc>
          <w:tcPr>
            <w:tcW w:w="5213" w:type="dxa"/>
            <w:vAlign w:val="center"/>
          </w:tcPr>
          <w:p w14:paraId="090B1A6A" w14:textId="77777777" w:rsidR="00666963" w:rsidRDefault="00DB56E4">
            <w:r>
              <w:t>🧀🥓</w:t>
            </w:r>
            <w:r>
              <w:t xml:space="preserve"> Menu 3 – Speciale burger</w:t>
            </w:r>
          </w:p>
        </w:tc>
        <w:tc>
          <w:tcPr>
            <w:tcW w:w="5213" w:type="dxa"/>
            <w:vAlign w:val="center"/>
          </w:tcPr>
          <w:p w14:paraId="0A010F08" w14:textId="77777777" w:rsidR="00666963" w:rsidRDefault="00DB56E4">
            <w:pPr>
              <w:jc w:val="center"/>
            </w:pPr>
            <w:r>
              <w:t>________</w:t>
            </w:r>
          </w:p>
        </w:tc>
      </w:tr>
      <w:tr w:rsidR="00666963" w14:paraId="41F14C1E" w14:textId="77777777">
        <w:trPr>
          <w:jc w:val="center"/>
        </w:trPr>
        <w:tc>
          <w:tcPr>
            <w:tcW w:w="5213" w:type="dxa"/>
            <w:vAlign w:val="center"/>
          </w:tcPr>
          <w:p w14:paraId="5267BF74" w14:textId="77777777" w:rsidR="00666963" w:rsidRDefault="00DB56E4">
            <w:r>
              <w:rPr>
                <w:b/>
              </w:rPr>
              <w:t>Totaal betalende personen</w:t>
            </w:r>
          </w:p>
        </w:tc>
        <w:tc>
          <w:tcPr>
            <w:tcW w:w="5213" w:type="dxa"/>
            <w:vAlign w:val="center"/>
          </w:tcPr>
          <w:p w14:paraId="7128B694" w14:textId="77777777" w:rsidR="00666963" w:rsidRDefault="00DB56E4">
            <w:pPr>
              <w:jc w:val="center"/>
            </w:pPr>
            <w:r>
              <w:rPr>
                <w:b/>
              </w:rPr>
              <w:t>________</w:t>
            </w:r>
          </w:p>
        </w:tc>
      </w:tr>
    </w:tbl>
    <w:p w14:paraId="6101FA95" w14:textId="77777777" w:rsidR="00666963" w:rsidRDefault="00DB56E4">
      <w:r>
        <w:rPr>
          <w:b/>
        </w:rPr>
        <w:t>Te betalen: ______ personen × € 25 = € __________</w:t>
      </w:r>
    </w:p>
    <w:p w14:paraId="23F6FE3F" w14:textId="77777777" w:rsidR="00666963" w:rsidRDefault="00DB56E4">
      <w:r>
        <w:rPr>
          <w:b/>
          <w:sz w:val="24"/>
        </w:rPr>
        <w:t>🧒</w:t>
      </w:r>
      <w:r>
        <w:rPr>
          <w:b/>
          <w:sz w:val="24"/>
        </w:rPr>
        <w:t xml:space="preserve"> JEUGDCLUBLEDEN T.E.M. 12 JAAR</w:t>
      </w:r>
    </w:p>
    <w:p w14:paraId="558481BD" w14:textId="77777777" w:rsidR="00666963" w:rsidRDefault="00DB56E4">
      <w:r>
        <w:rPr>
          <w:b/>
          <w:sz w:val="22"/>
        </w:rPr>
        <w:t>GRATIS</w:t>
      </w:r>
    </w:p>
    <w:tbl>
      <w:tblPr>
        <w:tblStyle w:val="Tabelraster"/>
        <w:tblW w:w="0" w:type="auto"/>
        <w:jc w:val="center"/>
        <w:tblLook w:val="04A0" w:firstRow="1" w:lastRow="0" w:firstColumn="1" w:lastColumn="0" w:noHBand="0" w:noVBand="1"/>
      </w:tblPr>
      <w:tblGrid>
        <w:gridCol w:w="5208"/>
        <w:gridCol w:w="5208"/>
      </w:tblGrid>
      <w:tr w:rsidR="00666963" w14:paraId="0084B6AF" w14:textId="77777777">
        <w:trPr>
          <w:jc w:val="center"/>
        </w:trPr>
        <w:tc>
          <w:tcPr>
            <w:tcW w:w="5213" w:type="dxa"/>
            <w:shd w:val="clear" w:color="auto" w:fill="E2F0D9"/>
            <w:vAlign w:val="center"/>
          </w:tcPr>
          <w:p w14:paraId="57721B1B" w14:textId="77777777" w:rsidR="00666963" w:rsidRDefault="00DB56E4">
            <w:r>
              <w:rPr>
                <w:b/>
              </w:rPr>
              <w:t>Menu</w:t>
            </w:r>
          </w:p>
        </w:tc>
        <w:tc>
          <w:tcPr>
            <w:tcW w:w="5213" w:type="dxa"/>
            <w:shd w:val="clear" w:color="auto" w:fill="E2F0D9"/>
            <w:vAlign w:val="center"/>
          </w:tcPr>
          <w:p w14:paraId="4F86C6C8" w14:textId="77777777" w:rsidR="00666963" w:rsidRDefault="00DB56E4">
            <w:pPr>
              <w:jc w:val="center"/>
            </w:pPr>
            <w:r>
              <w:rPr>
                <w:b/>
              </w:rPr>
              <w:t>Aantal</w:t>
            </w:r>
          </w:p>
        </w:tc>
      </w:tr>
      <w:tr w:rsidR="00666963" w14:paraId="7BC8370E" w14:textId="77777777">
        <w:trPr>
          <w:jc w:val="center"/>
        </w:trPr>
        <w:tc>
          <w:tcPr>
            <w:tcW w:w="5213" w:type="dxa"/>
            <w:vAlign w:val="center"/>
          </w:tcPr>
          <w:p w14:paraId="7E610ABF" w14:textId="77777777" w:rsidR="00666963" w:rsidRDefault="00DB56E4">
            <w:r>
              <w:t>🍔</w:t>
            </w:r>
            <w:r>
              <w:t xml:space="preserve"> Menu 1 – Hamburger</w:t>
            </w:r>
          </w:p>
        </w:tc>
        <w:tc>
          <w:tcPr>
            <w:tcW w:w="5213" w:type="dxa"/>
            <w:vAlign w:val="center"/>
          </w:tcPr>
          <w:p w14:paraId="6BE643E9" w14:textId="77777777" w:rsidR="00666963" w:rsidRDefault="00DB56E4">
            <w:pPr>
              <w:jc w:val="center"/>
            </w:pPr>
            <w:r>
              <w:t>________</w:t>
            </w:r>
          </w:p>
        </w:tc>
      </w:tr>
      <w:tr w:rsidR="00666963" w14:paraId="39BF3967" w14:textId="77777777">
        <w:trPr>
          <w:jc w:val="center"/>
        </w:trPr>
        <w:tc>
          <w:tcPr>
            <w:tcW w:w="5213" w:type="dxa"/>
            <w:vAlign w:val="center"/>
          </w:tcPr>
          <w:p w14:paraId="4AF50634" w14:textId="77777777" w:rsidR="00666963" w:rsidRDefault="00DB56E4">
            <w:r>
              <w:t>🌭</w:t>
            </w:r>
            <w:r>
              <w:t xml:space="preserve"> Menu 2 – Hotdogs</w:t>
            </w:r>
          </w:p>
        </w:tc>
        <w:tc>
          <w:tcPr>
            <w:tcW w:w="5213" w:type="dxa"/>
            <w:vAlign w:val="center"/>
          </w:tcPr>
          <w:p w14:paraId="34FBC4F2" w14:textId="77777777" w:rsidR="00666963" w:rsidRDefault="00DB56E4">
            <w:pPr>
              <w:jc w:val="center"/>
            </w:pPr>
            <w:r>
              <w:t>________</w:t>
            </w:r>
          </w:p>
        </w:tc>
      </w:tr>
      <w:tr w:rsidR="00666963" w14:paraId="2CF9CA79" w14:textId="77777777">
        <w:trPr>
          <w:jc w:val="center"/>
        </w:trPr>
        <w:tc>
          <w:tcPr>
            <w:tcW w:w="5213" w:type="dxa"/>
            <w:vAlign w:val="center"/>
          </w:tcPr>
          <w:p w14:paraId="7809F4D0" w14:textId="77777777" w:rsidR="00666963" w:rsidRDefault="00DB56E4">
            <w:r>
              <w:t>🧀🥓</w:t>
            </w:r>
            <w:r>
              <w:t xml:space="preserve"> Menu 3 – Speciale burger</w:t>
            </w:r>
          </w:p>
        </w:tc>
        <w:tc>
          <w:tcPr>
            <w:tcW w:w="5213" w:type="dxa"/>
            <w:vAlign w:val="center"/>
          </w:tcPr>
          <w:p w14:paraId="3101CBF2" w14:textId="77777777" w:rsidR="00666963" w:rsidRDefault="00DB56E4">
            <w:pPr>
              <w:jc w:val="center"/>
            </w:pPr>
            <w:r>
              <w:t>________</w:t>
            </w:r>
          </w:p>
        </w:tc>
      </w:tr>
      <w:tr w:rsidR="00666963" w14:paraId="45DBE1E5" w14:textId="77777777">
        <w:trPr>
          <w:jc w:val="center"/>
        </w:trPr>
        <w:tc>
          <w:tcPr>
            <w:tcW w:w="5213" w:type="dxa"/>
            <w:vAlign w:val="center"/>
          </w:tcPr>
          <w:p w14:paraId="05D94958" w14:textId="77777777" w:rsidR="00666963" w:rsidRDefault="00DB56E4">
            <w:r>
              <w:rPr>
                <w:b/>
              </w:rPr>
              <w:t>Totaal jeugdclubleden</w:t>
            </w:r>
          </w:p>
        </w:tc>
        <w:tc>
          <w:tcPr>
            <w:tcW w:w="5213" w:type="dxa"/>
            <w:vAlign w:val="center"/>
          </w:tcPr>
          <w:p w14:paraId="7BDF7015" w14:textId="77777777" w:rsidR="00666963" w:rsidRDefault="00DB56E4">
            <w:pPr>
              <w:jc w:val="center"/>
            </w:pPr>
            <w:r>
              <w:rPr>
                <w:b/>
              </w:rPr>
              <w:t>________</w:t>
            </w:r>
          </w:p>
        </w:tc>
      </w:tr>
    </w:tbl>
    <w:p w14:paraId="1F75E93B" w14:textId="77777777" w:rsidR="00666963" w:rsidRDefault="00DB56E4">
      <w:r>
        <w:rPr>
          <w:b/>
          <w:sz w:val="24"/>
        </w:rPr>
        <w:t>💳</w:t>
      </w:r>
      <w:r>
        <w:rPr>
          <w:b/>
          <w:sz w:val="24"/>
        </w:rPr>
        <w:t xml:space="preserve"> BETALING</w:t>
      </w:r>
    </w:p>
    <w:p w14:paraId="09814A83" w14:textId="77777777" w:rsidR="00666963" w:rsidRDefault="00DB56E4">
      <w:pPr>
        <w:spacing w:after="40"/>
      </w:pPr>
      <w:r>
        <w:t>Voor de betalende deelnemers bedraagt de inschrijvingsprijs € 25,00 per persoon.</w:t>
      </w:r>
    </w:p>
    <w:p w14:paraId="40144168" w14:textId="77777777" w:rsidR="00666963" w:rsidRDefault="00DB56E4">
      <w:r>
        <w:rPr>
          <w:b/>
        </w:rPr>
        <w:t>Jeugdclub PE Vlaams-Brabant</w:t>
      </w:r>
      <w:r>
        <w:rPr>
          <w:b/>
        </w:rPr>
        <w:br/>
        <w:t>IBAN: BE46-7370-7189-5736</w:t>
      </w:r>
    </w:p>
    <w:p w14:paraId="641E0700" w14:textId="77777777" w:rsidR="00666963" w:rsidRPr="00DE274A" w:rsidRDefault="00DB56E4">
      <w:pPr>
        <w:spacing w:after="80"/>
        <w:rPr>
          <w:b/>
          <w:bCs/>
          <w:sz w:val="24"/>
          <w:szCs w:val="28"/>
        </w:rPr>
      </w:pPr>
      <w:r w:rsidRPr="00DE274A">
        <w:rPr>
          <w:b/>
          <w:bCs/>
          <w:sz w:val="24"/>
          <w:szCs w:val="28"/>
        </w:rPr>
        <w:t>Gelieve bij de overschrijving naam + kampioenenviering 2026 te vermelden.</w:t>
      </w:r>
    </w:p>
    <w:tbl>
      <w:tblPr>
        <w:tblW w:w="0" w:type="auto"/>
        <w:jc w:val="center"/>
        <w:tblLook w:val="04A0" w:firstRow="1" w:lastRow="0" w:firstColumn="1" w:lastColumn="0" w:noHBand="0" w:noVBand="1"/>
      </w:tblPr>
      <w:tblGrid>
        <w:gridCol w:w="10426"/>
      </w:tblGrid>
      <w:tr w:rsidR="00666963" w14:paraId="57BDD2EA" w14:textId="77777777">
        <w:trPr>
          <w:jc w:val="center"/>
        </w:trPr>
        <w:tc>
          <w:tcPr>
            <w:tcW w:w="10426" w:type="dxa"/>
            <w:shd w:val="clear" w:color="auto" w:fill="FFF2CC"/>
            <w:vAlign w:val="center"/>
          </w:tcPr>
          <w:p w14:paraId="6EFF6B21" w14:textId="0CEAD288" w:rsidR="00DE274A" w:rsidRDefault="00DB56E4" w:rsidP="00DE274A">
            <w:pPr>
              <w:jc w:val="center"/>
            </w:pPr>
            <w:r>
              <w:rPr>
                <w:rFonts w:ascii="Segoe UI Emoji" w:hAnsi="Segoe UI Emoji" w:cs="Segoe UI Emoji"/>
                <w:b/>
                <w:sz w:val="24"/>
              </w:rPr>
              <w:t>⚠</w:t>
            </w:r>
            <w:r>
              <w:rPr>
                <w:rFonts w:ascii="Segoe UI Emoji" w:hAnsi="Segoe UI Emoji" w:cs="Segoe UI Emoji"/>
                <w:b/>
                <w:sz w:val="24"/>
              </w:rPr>
              <w:t>️</w:t>
            </w:r>
            <w:r>
              <w:rPr>
                <w:b/>
                <w:sz w:val="24"/>
              </w:rPr>
              <w:t xml:space="preserve"> UITERSTE INSCHRIJVINGSDATUM</w:t>
            </w:r>
            <w:r w:rsidR="00DE274A">
              <w:rPr>
                <w:b/>
                <w:sz w:val="24"/>
              </w:rPr>
              <w:t xml:space="preserve"> </w:t>
            </w:r>
            <w:r>
              <w:rPr>
                <w:b/>
                <w:sz w:val="24"/>
              </w:rPr>
              <w:t>DINSDAG 10 NOVEMBER 2026</w:t>
            </w:r>
            <w:r>
              <w:rPr>
                <w:b/>
                <w:sz w:val="24"/>
              </w:rPr>
              <w:br/>
            </w:r>
            <w:r>
              <w:rPr>
                <w:sz w:val="19"/>
              </w:rPr>
              <w:t>Op donderdag 12 november moeten wij het definitieve aantal deelnemers en de gekozen menu's aan de traiteur doorgeven. Hij heeft deze gegevens nodig om tijdig de nodige goederen te kunnen bestellen.</w:t>
            </w:r>
            <w:r>
              <w:rPr>
                <w:sz w:val="19"/>
              </w:rPr>
              <w:br/>
            </w:r>
            <w:r>
              <w:rPr>
                <w:sz w:val="19"/>
              </w:rPr>
              <w:br/>
            </w:r>
            <w:proofErr w:type="spellStart"/>
            <w:r w:rsidRPr="00DE274A">
              <w:rPr>
                <w:sz w:val="28"/>
                <w:szCs w:val="36"/>
              </w:rPr>
              <w:t>Gelieve</w:t>
            </w:r>
            <w:proofErr w:type="spellEnd"/>
            <w:r w:rsidRPr="00DE274A">
              <w:rPr>
                <w:sz w:val="28"/>
                <w:szCs w:val="36"/>
              </w:rPr>
              <w:t xml:space="preserve"> </w:t>
            </w:r>
            <w:proofErr w:type="spellStart"/>
            <w:r w:rsidRPr="00DE274A">
              <w:rPr>
                <w:sz w:val="28"/>
                <w:szCs w:val="36"/>
              </w:rPr>
              <w:t>daarom</w:t>
            </w:r>
            <w:proofErr w:type="spellEnd"/>
            <w:r w:rsidRPr="00DE274A">
              <w:rPr>
                <w:sz w:val="28"/>
                <w:szCs w:val="36"/>
              </w:rPr>
              <w:t xml:space="preserve"> de </w:t>
            </w:r>
            <w:proofErr w:type="spellStart"/>
            <w:r w:rsidRPr="00DE274A">
              <w:rPr>
                <w:sz w:val="28"/>
                <w:szCs w:val="36"/>
              </w:rPr>
              <w:t>inschrijving</w:t>
            </w:r>
            <w:proofErr w:type="spellEnd"/>
            <w:r w:rsidRPr="00DE274A">
              <w:rPr>
                <w:sz w:val="28"/>
                <w:szCs w:val="36"/>
              </w:rPr>
              <w:t xml:space="preserve"> </w:t>
            </w:r>
            <w:proofErr w:type="spellStart"/>
            <w:r w:rsidRPr="00DE274A">
              <w:rPr>
                <w:b/>
                <w:bCs/>
                <w:sz w:val="28"/>
                <w:szCs w:val="36"/>
              </w:rPr>
              <w:t>uiterlijk</w:t>
            </w:r>
            <w:proofErr w:type="spellEnd"/>
            <w:r w:rsidRPr="00DE274A">
              <w:rPr>
                <w:b/>
                <w:bCs/>
                <w:sz w:val="28"/>
                <w:szCs w:val="36"/>
              </w:rPr>
              <w:t xml:space="preserve"> op 10 </w:t>
            </w:r>
            <w:proofErr w:type="spellStart"/>
            <w:r w:rsidRPr="00DE274A">
              <w:rPr>
                <w:b/>
                <w:bCs/>
                <w:sz w:val="28"/>
                <w:szCs w:val="36"/>
              </w:rPr>
              <w:t>november</w:t>
            </w:r>
            <w:proofErr w:type="spellEnd"/>
            <w:r w:rsidR="00DE274A" w:rsidRPr="00DE274A">
              <w:rPr>
                <w:b/>
                <w:bCs/>
                <w:sz w:val="28"/>
                <w:szCs w:val="36"/>
              </w:rPr>
              <w:t xml:space="preserve"> 2026</w:t>
            </w:r>
            <w:r w:rsidRPr="00DE274A">
              <w:rPr>
                <w:sz w:val="28"/>
                <w:szCs w:val="36"/>
              </w:rPr>
              <w:t xml:space="preserve"> </w:t>
            </w:r>
            <w:proofErr w:type="spellStart"/>
            <w:r w:rsidRPr="00DE274A">
              <w:rPr>
                <w:sz w:val="28"/>
                <w:szCs w:val="36"/>
              </w:rPr>
              <w:t>te</w:t>
            </w:r>
            <w:proofErr w:type="spellEnd"/>
            <w:r w:rsidRPr="00DE274A">
              <w:rPr>
                <w:sz w:val="28"/>
                <w:szCs w:val="36"/>
              </w:rPr>
              <w:t xml:space="preserve"> </w:t>
            </w:r>
            <w:proofErr w:type="spellStart"/>
            <w:r w:rsidRPr="00DE274A">
              <w:rPr>
                <w:sz w:val="28"/>
                <w:szCs w:val="36"/>
              </w:rPr>
              <w:t>bezorgen</w:t>
            </w:r>
            <w:proofErr w:type="spellEnd"/>
            <w:r w:rsidR="00DE274A" w:rsidRPr="00DE274A">
              <w:rPr>
                <w:sz w:val="28"/>
                <w:szCs w:val="36"/>
              </w:rPr>
              <w:t xml:space="preserve"> </w:t>
            </w:r>
            <w:proofErr w:type="spellStart"/>
            <w:r w:rsidR="00DE274A" w:rsidRPr="00DE274A">
              <w:rPr>
                <w:sz w:val="28"/>
                <w:szCs w:val="36"/>
              </w:rPr>
              <w:t>aan</w:t>
            </w:r>
            <w:proofErr w:type="spellEnd"/>
            <w:r w:rsidR="00DE274A" w:rsidRPr="00DE274A">
              <w:rPr>
                <w:sz w:val="28"/>
                <w:szCs w:val="36"/>
              </w:rPr>
              <w:t xml:space="preserve"> </w:t>
            </w:r>
            <w:r w:rsidR="00DE274A" w:rsidRPr="00DE274A">
              <w:rPr>
                <w:sz w:val="28"/>
                <w:szCs w:val="36"/>
              </w:rPr>
              <w:br/>
            </w:r>
            <w:hyperlink r:id="rId6" w:history="1">
              <w:r w:rsidR="00DE274A" w:rsidRPr="00DE274A">
                <w:rPr>
                  <w:rStyle w:val="Hyperlink"/>
                  <w:sz w:val="28"/>
                  <w:szCs w:val="36"/>
                </w:rPr>
                <w:t>rudi_joossens@telenet.be</w:t>
              </w:r>
            </w:hyperlink>
            <w:r w:rsidR="00DE274A" w:rsidRPr="00DE274A">
              <w:rPr>
                <w:sz w:val="28"/>
                <w:szCs w:val="36"/>
              </w:rPr>
              <w:t xml:space="preserve"> of </w:t>
            </w:r>
            <w:hyperlink r:id="rId7" w:history="1">
              <w:r w:rsidR="00DE274A" w:rsidRPr="00DE274A">
                <w:rPr>
                  <w:rStyle w:val="Hyperlink"/>
                  <w:sz w:val="28"/>
                  <w:szCs w:val="36"/>
                </w:rPr>
                <w:t>Myriam.jm@hotmail.be</w:t>
              </w:r>
            </w:hyperlink>
          </w:p>
        </w:tc>
      </w:tr>
    </w:tbl>
    <w:p w14:paraId="285133A6" w14:textId="17046597" w:rsidR="00666963" w:rsidRDefault="00666963" w:rsidP="00DE274A"/>
    <w:sectPr w:rsidR="00666963"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228078534">
    <w:abstractNumId w:val="8"/>
  </w:num>
  <w:num w:numId="2" w16cid:durableId="38211150">
    <w:abstractNumId w:val="6"/>
  </w:num>
  <w:num w:numId="3" w16cid:durableId="2092118436">
    <w:abstractNumId w:val="5"/>
  </w:num>
  <w:num w:numId="4" w16cid:durableId="15547039">
    <w:abstractNumId w:val="4"/>
  </w:num>
  <w:num w:numId="5" w16cid:durableId="1839927282">
    <w:abstractNumId w:val="7"/>
  </w:num>
  <w:num w:numId="6" w16cid:durableId="1539128608">
    <w:abstractNumId w:val="3"/>
  </w:num>
  <w:num w:numId="7" w16cid:durableId="1155948107">
    <w:abstractNumId w:val="2"/>
  </w:num>
  <w:num w:numId="8" w16cid:durableId="551887907">
    <w:abstractNumId w:val="1"/>
  </w:num>
  <w:num w:numId="9" w16cid:durableId="1299191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1454"/>
    <w:rsid w:val="0015074B"/>
    <w:rsid w:val="0029639D"/>
    <w:rsid w:val="00326F90"/>
    <w:rsid w:val="00666963"/>
    <w:rsid w:val="00AA1D8D"/>
    <w:rsid w:val="00B47730"/>
    <w:rsid w:val="00CB0664"/>
    <w:rsid w:val="00DB56E4"/>
    <w:rsid w:val="00DE274A"/>
    <w:rsid w:val="00FB5D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6DAB70"/>
  <w14:defaultImageDpi w14:val="300"/>
  <w15:docId w15:val="{B6F2D1A1-9418-4493-B685-99B3EDD8A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hAnsi="Aptos"/>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DE274A"/>
    <w:rPr>
      <w:color w:val="0000FF" w:themeColor="hyperlink"/>
      <w:u w:val="single"/>
    </w:rPr>
  </w:style>
  <w:style w:type="character" w:styleId="Onopgelostemelding">
    <w:name w:val="Unresolved Mention"/>
    <w:basedOn w:val="Standaardalinea-lettertype"/>
    <w:uiPriority w:val="99"/>
    <w:semiHidden/>
    <w:unhideWhenUsed/>
    <w:rsid w:val="00DE27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yriam.jm@hotmail.b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udi_joossens@telenet.b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270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Eric Dubois</cp:lastModifiedBy>
  <cp:revision>2</cp:revision>
  <dcterms:created xsi:type="dcterms:W3CDTF">2026-10-16T08:22:00Z</dcterms:created>
  <dcterms:modified xsi:type="dcterms:W3CDTF">2026-10-16T08:22:00Z</dcterms:modified>
  <cp:category/>
</cp:coreProperties>
</file>